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التفاوض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الشهاوي/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القومية للطبع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التفاوض/ المحاورة/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