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شعر أمجد ناصر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نسرين محمود الشرادقة/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