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الاستشراق والاستغراب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محمود خليف الحياني/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9789957555832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الثقافة العربية/ الفلسفة/ الاستشراق/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