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في شعر ابن جابر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سلام علي الفلاحي/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9789957555634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