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التاريخية بين الحوارية والمونولوجية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رزان محمود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الروايات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