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الكتابة/ الشعر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