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والفكر وفلسفة الذهن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الحداد/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ورد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9789957522728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علم النفس/ الفلسفة/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