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النقدي و أسئلة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باقر 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الديمقراطية/ الأنظمة السياسية/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