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القران والتلقي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9789957706746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الأسطورة/ الإعجاز/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