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وبنية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رمضان حينوني/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المستشرقين/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