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المجالس الشعرية في الأندلس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أزاد محمد الباجلاني/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غيداء/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9789957555542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العصر الحديث/ الشعراء العرب/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