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اللغة العربية لغير الناطقين بها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الحافظ عبد الرحيم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9789957705756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