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إبتسام السيد عبد الكريم علي المدني/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9786144020357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البنية العقائدية/ البنية اللغوية/ البنية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