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المعرفي في الدرس البلاغي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أزاد حسان شيخو/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9789957706371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البيان/ النقد المعرفي/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