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ثنائيات في السرد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محمد علي الشوابكة/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