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النقد والتذوق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سميا أحمد العفيف/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التدوق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