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تمظهرات ما بعد الحداثة في النص المسرحي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شاكر عبد العظيم جعفر/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9789957761370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المسرح/ التنظير/ الأداء النصي/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