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تحليلية في مصادر التراث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أنور محمود زناتي/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9789957880248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تاريخ/ التراث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