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السينوغرافيا في العرض المسرحي الإيمائي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سمير عبد المنعم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المسرحيات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