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الأخر في أدب الرحلات الأندلسية والمغربية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بلال سالم الهروط/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الرحلات الأندلسية/ المشهد الإجتماعي/ المشهد الديني/ المشهد الثقافي/ ظواهر 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