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التاريخ الأدبي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الطالب/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