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فنون الأدب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القادر القط/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9789953470702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