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الرثاء في عصر ملوك الطوائف في 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اللطيف عيسى/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غيداء/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9789957555566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الشعراء العرب/ شعر الرثاء/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