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طرائق تدريس اللغة العربية وأساليب تدريسها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فاضل ناهي عبد 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مؤسسة دار الصادق الثقافية/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9789957248000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طرق التدريس/ أساليب التعلم/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