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مصطلحات اللسا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قادر الفاسي الفه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9294906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