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قراءات وأصوات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فوزي حسن الشايب/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9789957704995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اللهجات/ القراءات/ الفونيمات/ الظواهر الصوتية/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