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استراتيجية مقترحة في ضوء نظرية النظم عند عبد القاهر الجرجاني في تنمية مهارات التعبير الكتابي لدى طلاب المرحلة الإعدادية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عثمان عبد الفتاح عفيفي/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النظم/ التعبير الكتابي/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