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الفضاء في رحلة أبي حامد الغرناطي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بولعسل كمال/ يوسف وغليسي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80023211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