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الاسعار في الأسواق التقليدية والاإلكترونية وأسواق المياه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يوسف أبوفارة/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9789957780340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الاسواق التقليدية/ الاسواق الالكترونية/ سواق المياه/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