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التجزئة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محمد عبد الله العوامره/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الحامد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249ص.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9789957324766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التسويق/ تسويق التجزئة/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