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الشراء والتخزين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مهدي حسن زويلف/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9789957830144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الشراء/ ادارة التخزين/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