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أساليب التدريس/ الإحصاء الوصفي/ الإحصاء التطبيقي/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