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الجديد في الأساليب الكمية وبحوث العمليات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سهيلة عبد الله سعيد/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9789957322717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بحوث العمليات/ اتخاذ القرارات/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