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الإلكتروني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سامح عبد المطلب عامر/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9789957079550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التسويق الالكتروني/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