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الاتصالات الإدارية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شعبان فرج/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أسامة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9789957222673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الادارة/ ادارة الافراد/ الاتصالات/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