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الابداع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جمال خير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9789957222666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الافراد/ التفكير الابداعي/ الابداع/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