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ضمان الجودة وأثره في أداء كليات الاقتصاد والعلوم الإدارية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محمود حسين الوادي/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9789957525811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