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مناضل الجواري/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الفائدة البسيطة/ الفائدة المركبة/ الفائدة الدورية/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