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امد سعد نور الشمر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ذا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صفوف الانتظار/ شبك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