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برامج الإصلاحات الاقتصادية وأثارها على القطاع الزراعي في 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على المقبلي/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النامية/ الاصلاحات الاقتصادية/ القطاع الزراعي/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