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الخدمات المصرفية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وسيم محمد الحداد/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9789957068943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الالكتروني/ العمل المصرفي/ الدفع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