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الوظائف/ الادارة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