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القياس المحاسبي ومحدداته وانعكاسها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طلال الججاوي/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9789957124663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القياس المحاسبي/ مراقب الحسابات/ قيود القياس/ الافصاح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