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الاوراق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على محمد بني مقداد/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9789957890346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الشيك/ سند السحب/ الكمبيالية/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