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ات/ النماذج الرياضية/ المحا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