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تحسين فاعلية الأداء المؤسسي من خلال تكنولوجيا المعلومات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وصفي الكساسبة/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9789957123482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تكنولوجيا المعلومات/ الاداء المؤسسي/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