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9789957122843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الالكترونية/ البيئة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