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التحالفات الاستراتيجية في منظمات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علي العنزي/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9789957123352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منظمات الاعمال/ التنافسية/ التحالف الاستراتيجي/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