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الحكومة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مصر/ الوطن العربي/ الاردن/ الحوكمة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