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استخدام الطرق الاحصائية في تصميم 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9789957123499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العينات/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